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D6B" w:rsidRDefault="00D769E7">
      <w:pPr>
        <w:spacing w:after="360"/>
        <w:jc w:val="center"/>
      </w:pPr>
      <w:r>
        <w:rPr>
          <w:rFonts w:ascii="Arial" w:hAnsi="Arial"/>
          <w:b/>
          <w:color w:val="1F4E79"/>
          <w:sz w:val="40"/>
        </w:rPr>
        <w:t>Πρόγραμμα Επισκέψεων Νηπιαγωγείων</w:t>
      </w:r>
    </w:p>
    <w:p w:rsidR="00D33D6B" w:rsidRDefault="00D769E7">
      <w:pPr>
        <w:spacing w:after="480"/>
        <w:jc w:val="center"/>
      </w:pPr>
      <w:r>
        <w:rPr>
          <w:rFonts w:ascii="Arial" w:hAnsi="Arial"/>
          <w:i/>
          <w:color w:val="595959"/>
          <w:sz w:val="28"/>
        </w:rPr>
        <w:t>Οκτώβριος 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2"/>
        <w:gridCol w:w="3312"/>
        <w:gridCol w:w="1728"/>
        <w:gridCol w:w="1728"/>
        <w:gridCol w:w="1440"/>
      </w:tblGrid>
      <w:tr w:rsidR="00D33D6B">
        <w:trPr>
          <w:jc w:val="center"/>
        </w:trPr>
        <w:tc>
          <w:tcPr>
            <w:tcW w:w="1872" w:type="dxa"/>
            <w:shd w:val="clear" w:color="auto" w:fill="1F4E79"/>
          </w:tcPr>
          <w:p w:rsidR="00D33D6B" w:rsidRDefault="00D769E7">
            <w:pPr>
              <w:jc w:val="center"/>
            </w:pPr>
            <w:r>
              <w:rPr>
                <w:rFonts w:ascii="Arial" w:hAnsi="Arial"/>
                <w:b/>
                <w:color w:val="FFFFFF"/>
              </w:rPr>
              <w:t>Ημερομηνία</w:t>
            </w:r>
          </w:p>
        </w:tc>
        <w:tc>
          <w:tcPr>
            <w:tcW w:w="3312" w:type="dxa"/>
            <w:shd w:val="clear" w:color="auto" w:fill="1F4E79"/>
          </w:tcPr>
          <w:p w:rsidR="00D33D6B" w:rsidRDefault="00D769E7">
            <w:pPr>
              <w:jc w:val="center"/>
            </w:pPr>
            <w:r>
              <w:rPr>
                <w:rFonts w:ascii="Arial" w:hAnsi="Arial"/>
                <w:b/>
                <w:color w:val="FFFFFF"/>
              </w:rPr>
              <w:t xml:space="preserve">Νηπιαγωγείο </w:t>
            </w:r>
          </w:p>
        </w:tc>
        <w:tc>
          <w:tcPr>
            <w:tcW w:w="1728" w:type="dxa"/>
            <w:shd w:val="clear" w:color="auto" w:fill="1F4E79"/>
          </w:tcPr>
          <w:p w:rsidR="00D33D6B" w:rsidRDefault="00D769E7">
            <w:pPr>
              <w:jc w:val="center"/>
            </w:pPr>
            <w:r>
              <w:rPr>
                <w:rFonts w:ascii="Arial" w:hAnsi="Arial"/>
                <w:b/>
                <w:color w:val="FFFFFF"/>
              </w:rPr>
              <w:t>Τηλέφωνο</w:t>
            </w:r>
          </w:p>
        </w:tc>
        <w:tc>
          <w:tcPr>
            <w:tcW w:w="1728" w:type="dxa"/>
            <w:shd w:val="clear" w:color="auto" w:fill="1F4E79"/>
          </w:tcPr>
          <w:p w:rsidR="00D33D6B" w:rsidRDefault="00D769E7">
            <w:pPr>
              <w:jc w:val="center"/>
            </w:pPr>
            <w:r>
              <w:rPr>
                <w:rFonts w:ascii="Arial" w:hAnsi="Arial"/>
                <w:b/>
                <w:color w:val="FFFFFF"/>
              </w:rPr>
              <w:t>Ώρα</w:t>
            </w:r>
          </w:p>
        </w:tc>
        <w:tc>
          <w:tcPr>
            <w:tcW w:w="1440" w:type="dxa"/>
            <w:shd w:val="clear" w:color="auto" w:fill="1F4E79"/>
          </w:tcPr>
          <w:p w:rsidR="00D33D6B" w:rsidRDefault="00D769E7">
            <w:pPr>
              <w:jc w:val="center"/>
            </w:pPr>
            <w:r>
              <w:rPr>
                <w:rFonts w:ascii="Arial" w:hAnsi="Arial"/>
                <w:b/>
                <w:color w:val="FFFFFF"/>
              </w:rPr>
              <w:t>Τμήματα</w:t>
            </w:r>
          </w:p>
        </w:tc>
      </w:tr>
      <w:tr w:rsidR="00D33D6B" w:rsidTr="00227511">
        <w:trPr>
          <w:trHeight w:val="1018"/>
          <w:jc w:val="center"/>
        </w:trPr>
        <w:tc>
          <w:tcPr>
            <w:tcW w:w="1872" w:type="dxa"/>
            <w:shd w:val="clear" w:color="auto" w:fill="FFFFFF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b/>
                <w:sz w:val="20"/>
              </w:rPr>
              <w:t xml:space="preserve">5 </w:t>
            </w:r>
            <w:r w:rsidR="00227511">
              <w:rPr>
                <w:rFonts w:ascii="Arial" w:hAnsi="Arial"/>
                <w:b/>
                <w:sz w:val="20"/>
              </w:rPr>
              <w:t>Οκτωβρίου</w:t>
            </w:r>
          </w:p>
        </w:tc>
        <w:tc>
          <w:tcPr>
            <w:tcW w:w="3312" w:type="dxa"/>
            <w:shd w:val="clear" w:color="auto" w:fill="FFFFFF"/>
            <w:vAlign w:val="center"/>
          </w:tcPr>
          <w:p w:rsidR="00D33D6B" w:rsidRPr="00227511" w:rsidRDefault="00D769E7">
            <w:pPr>
              <w:spacing w:before="80" w:after="80"/>
              <w:rPr>
                <w:lang w:val="el-GR"/>
              </w:rPr>
            </w:pPr>
            <w:r w:rsidRPr="00227511">
              <w:rPr>
                <w:rFonts w:ascii="Arial" w:hAnsi="Arial"/>
                <w:sz w:val="20"/>
                <w:lang w:val="el-GR"/>
              </w:rPr>
              <w:t>1ο Νηπιαγωγείο Αλμ</w:t>
            </w:r>
            <w:r w:rsidR="00227511">
              <w:rPr>
                <w:rFonts w:ascii="Arial" w:hAnsi="Arial"/>
                <w:sz w:val="20"/>
                <w:lang w:val="el-GR"/>
              </w:rPr>
              <w:t>υρού</w:t>
            </w:r>
          </w:p>
        </w:tc>
        <w:tc>
          <w:tcPr>
            <w:tcW w:w="1728" w:type="dxa"/>
            <w:shd w:val="clear" w:color="auto" w:fill="FFFFFF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2422023790</w:t>
            </w:r>
          </w:p>
        </w:tc>
        <w:tc>
          <w:tcPr>
            <w:tcW w:w="1728" w:type="dxa"/>
            <w:shd w:val="clear" w:color="auto" w:fill="FFFFFF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9:15 - 10:15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1 τμήμα</w:t>
            </w:r>
          </w:p>
        </w:tc>
      </w:tr>
      <w:tr w:rsidR="00D33D6B" w:rsidTr="00227511">
        <w:trPr>
          <w:trHeight w:val="990"/>
          <w:jc w:val="center"/>
        </w:trPr>
        <w:tc>
          <w:tcPr>
            <w:tcW w:w="1872" w:type="dxa"/>
            <w:shd w:val="clear" w:color="auto" w:fill="F2F4F7"/>
            <w:vAlign w:val="center"/>
          </w:tcPr>
          <w:p w:rsidR="00D33D6B" w:rsidRDefault="00227511">
            <w:pPr>
              <w:spacing w:before="80" w:after="80"/>
              <w:jc w:val="center"/>
            </w:pPr>
            <w:r>
              <w:rPr>
                <w:rFonts w:ascii="Arial" w:hAnsi="Arial"/>
                <w:b/>
                <w:sz w:val="20"/>
              </w:rPr>
              <w:t>5 Οκτωβρίου</w:t>
            </w:r>
          </w:p>
        </w:tc>
        <w:tc>
          <w:tcPr>
            <w:tcW w:w="3312" w:type="dxa"/>
            <w:shd w:val="clear" w:color="auto" w:fill="F2F4F7"/>
            <w:vAlign w:val="center"/>
          </w:tcPr>
          <w:p w:rsidR="00D33D6B" w:rsidRPr="00227511" w:rsidRDefault="00D769E7">
            <w:pPr>
              <w:spacing w:before="80" w:after="80"/>
              <w:rPr>
                <w:lang w:val="el-GR"/>
              </w:rPr>
            </w:pPr>
            <w:r>
              <w:rPr>
                <w:rFonts w:ascii="Arial" w:hAnsi="Arial"/>
                <w:sz w:val="20"/>
              </w:rPr>
              <w:t xml:space="preserve">4ο </w:t>
            </w:r>
            <w:r w:rsidR="00227511" w:rsidRPr="00227511">
              <w:rPr>
                <w:rFonts w:ascii="Arial" w:hAnsi="Arial"/>
                <w:sz w:val="20"/>
                <w:lang w:val="el-GR"/>
              </w:rPr>
              <w:t>Νηπιαγωγείο Αλμ</w:t>
            </w:r>
            <w:r w:rsidR="00227511">
              <w:rPr>
                <w:rFonts w:ascii="Arial" w:hAnsi="Arial"/>
                <w:sz w:val="20"/>
                <w:lang w:val="el-GR"/>
              </w:rPr>
              <w:t>υρού</w:t>
            </w:r>
          </w:p>
        </w:tc>
        <w:tc>
          <w:tcPr>
            <w:tcW w:w="1728" w:type="dxa"/>
            <w:shd w:val="clear" w:color="auto" w:fill="F2F4F7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2422021659</w:t>
            </w:r>
          </w:p>
        </w:tc>
        <w:tc>
          <w:tcPr>
            <w:tcW w:w="1728" w:type="dxa"/>
            <w:shd w:val="clear" w:color="auto" w:fill="F2F4F7"/>
            <w:vAlign w:val="center"/>
          </w:tcPr>
          <w:p w:rsidR="00D33D6B" w:rsidRPr="00227511" w:rsidRDefault="00D769E7">
            <w:pPr>
              <w:spacing w:before="80" w:after="80"/>
              <w:jc w:val="center"/>
              <w:rPr>
                <w:lang w:val="el-GR"/>
              </w:rPr>
            </w:pPr>
            <w:r>
              <w:rPr>
                <w:rFonts w:ascii="Arial" w:hAnsi="Arial"/>
                <w:sz w:val="20"/>
              </w:rPr>
              <w:t>10:45 - 11:45</w:t>
            </w:r>
            <w:r>
              <w:rPr>
                <w:rFonts w:ascii="Arial" w:hAnsi="Arial"/>
                <w:sz w:val="20"/>
              </w:rPr>
              <w:br/>
            </w:r>
            <w:r w:rsidR="00227511">
              <w:rPr>
                <w:rFonts w:ascii="Arial" w:hAnsi="Arial"/>
                <w:sz w:val="20"/>
                <w:lang w:val="el-GR"/>
              </w:rPr>
              <w:t>12</w:t>
            </w:r>
            <w:r>
              <w:rPr>
                <w:rFonts w:ascii="Arial" w:hAnsi="Arial"/>
                <w:sz w:val="20"/>
              </w:rPr>
              <w:t>:</w:t>
            </w:r>
            <w:r w:rsidR="00227511">
              <w:rPr>
                <w:rFonts w:ascii="Arial" w:hAnsi="Arial"/>
                <w:sz w:val="20"/>
                <w:lang w:val="el-GR"/>
              </w:rPr>
              <w:t>00</w:t>
            </w:r>
            <w:r>
              <w:rPr>
                <w:rFonts w:ascii="Arial" w:hAnsi="Arial"/>
                <w:sz w:val="20"/>
              </w:rPr>
              <w:t xml:space="preserve"> - 1</w:t>
            </w:r>
            <w:r w:rsidR="00227511">
              <w:rPr>
                <w:rFonts w:ascii="Arial" w:hAnsi="Arial"/>
                <w:sz w:val="20"/>
                <w:lang w:val="el-GR"/>
              </w:rPr>
              <w:t>3</w:t>
            </w:r>
            <w:r>
              <w:rPr>
                <w:rFonts w:ascii="Arial" w:hAnsi="Arial"/>
                <w:sz w:val="20"/>
              </w:rPr>
              <w:t>:</w:t>
            </w:r>
            <w:r w:rsidR="00227511">
              <w:rPr>
                <w:rFonts w:ascii="Arial" w:hAnsi="Arial"/>
                <w:sz w:val="20"/>
                <w:lang w:val="el-GR"/>
              </w:rPr>
              <w:t>00</w:t>
            </w:r>
          </w:p>
        </w:tc>
        <w:tc>
          <w:tcPr>
            <w:tcW w:w="1440" w:type="dxa"/>
            <w:shd w:val="clear" w:color="auto" w:fill="F2F4F7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 xml:space="preserve">2 </w:t>
            </w:r>
            <w:r>
              <w:rPr>
                <w:rFonts w:ascii="Arial" w:hAnsi="Arial"/>
                <w:sz w:val="20"/>
              </w:rPr>
              <w:t>τμήματα</w:t>
            </w:r>
          </w:p>
        </w:tc>
      </w:tr>
      <w:tr w:rsidR="00D33D6B" w:rsidTr="00227511">
        <w:trPr>
          <w:trHeight w:val="990"/>
          <w:jc w:val="center"/>
        </w:trPr>
        <w:tc>
          <w:tcPr>
            <w:tcW w:w="1872" w:type="dxa"/>
            <w:shd w:val="clear" w:color="auto" w:fill="FFFFFF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b/>
                <w:sz w:val="20"/>
              </w:rPr>
              <w:t>7 Οκτωβρίου</w:t>
            </w:r>
          </w:p>
        </w:tc>
        <w:tc>
          <w:tcPr>
            <w:tcW w:w="3312" w:type="dxa"/>
            <w:shd w:val="clear" w:color="auto" w:fill="FFFFFF"/>
            <w:vAlign w:val="center"/>
          </w:tcPr>
          <w:p w:rsidR="00D33D6B" w:rsidRPr="00227511" w:rsidRDefault="00D769E7">
            <w:pPr>
              <w:spacing w:before="80" w:after="80"/>
              <w:rPr>
                <w:lang w:val="el-GR"/>
              </w:rPr>
            </w:pPr>
            <w:r w:rsidRPr="00227511">
              <w:rPr>
                <w:rFonts w:ascii="Arial" w:hAnsi="Arial"/>
                <w:sz w:val="20"/>
                <w:lang w:val="el-GR"/>
              </w:rPr>
              <w:t xml:space="preserve">2ο Νηπιαγωγείο </w:t>
            </w:r>
            <w:proofErr w:type="spellStart"/>
            <w:r w:rsidRPr="00227511">
              <w:rPr>
                <w:rFonts w:ascii="Arial" w:hAnsi="Arial"/>
                <w:sz w:val="20"/>
                <w:lang w:val="el-GR"/>
              </w:rPr>
              <w:t>Ευξ</w:t>
            </w:r>
            <w:r w:rsidR="00227511">
              <w:rPr>
                <w:rFonts w:ascii="Arial" w:hAnsi="Arial"/>
                <w:sz w:val="20"/>
                <w:lang w:val="el-GR"/>
              </w:rPr>
              <w:t>εινούπολης</w:t>
            </w:r>
            <w:proofErr w:type="spellEnd"/>
          </w:p>
        </w:tc>
        <w:tc>
          <w:tcPr>
            <w:tcW w:w="1728" w:type="dxa"/>
            <w:shd w:val="clear" w:color="auto" w:fill="FFFFFF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2422022293</w:t>
            </w:r>
          </w:p>
        </w:tc>
        <w:tc>
          <w:tcPr>
            <w:tcW w:w="1728" w:type="dxa"/>
            <w:shd w:val="clear" w:color="auto" w:fill="FFFFFF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9:00 - 10:00</w:t>
            </w:r>
            <w:r>
              <w:rPr>
                <w:rFonts w:ascii="Arial" w:hAnsi="Arial"/>
                <w:sz w:val="20"/>
              </w:rPr>
              <w:br/>
              <w:t>10:30 - 11:30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2 τμήματα</w:t>
            </w:r>
          </w:p>
        </w:tc>
      </w:tr>
      <w:tr w:rsidR="00D33D6B" w:rsidTr="00227511">
        <w:trPr>
          <w:trHeight w:val="974"/>
          <w:jc w:val="center"/>
        </w:trPr>
        <w:tc>
          <w:tcPr>
            <w:tcW w:w="1872" w:type="dxa"/>
            <w:shd w:val="clear" w:color="auto" w:fill="F2F4F7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b/>
                <w:sz w:val="20"/>
              </w:rPr>
              <w:t>8 Οκτωβρίου</w:t>
            </w:r>
          </w:p>
        </w:tc>
        <w:tc>
          <w:tcPr>
            <w:tcW w:w="3312" w:type="dxa"/>
            <w:shd w:val="clear" w:color="auto" w:fill="F2F4F7"/>
            <w:vAlign w:val="center"/>
          </w:tcPr>
          <w:p w:rsidR="00D33D6B" w:rsidRPr="00227511" w:rsidRDefault="00D769E7">
            <w:pPr>
              <w:spacing w:before="80" w:after="80"/>
              <w:rPr>
                <w:lang w:val="el-GR"/>
              </w:rPr>
            </w:pPr>
            <w:r>
              <w:rPr>
                <w:rFonts w:ascii="Arial" w:hAnsi="Arial"/>
                <w:sz w:val="20"/>
              </w:rPr>
              <w:t xml:space="preserve">5ο </w:t>
            </w:r>
            <w:r w:rsidR="00227511" w:rsidRPr="00227511">
              <w:rPr>
                <w:rFonts w:ascii="Arial" w:hAnsi="Arial"/>
                <w:sz w:val="20"/>
                <w:lang w:val="el-GR"/>
              </w:rPr>
              <w:t>Νηπιαγωγείο Αλμ</w:t>
            </w:r>
            <w:r w:rsidR="00227511">
              <w:rPr>
                <w:rFonts w:ascii="Arial" w:hAnsi="Arial"/>
                <w:sz w:val="20"/>
                <w:lang w:val="el-GR"/>
              </w:rPr>
              <w:t>υρού</w:t>
            </w:r>
          </w:p>
        </w:tc>
        <w:tc>
          <w:tcPr>
            <w:tcW w:w="1728" w:type="dxa"/>
            <w:shd w:val="clear" w:color="auto" w:fill="F2F4F7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2422025845</w:t>
            </w:r>
          </w:p>
        </w:tc>
        <w:tc>
          <w:tcPr>
            <w:tcW w:w="1728" w:type="dxa"/>
            <w:shd w:val="clear" w:color="auto" w:fill="F2F4F7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9:15 - 10:15</w:t>
            </w:r>
            <w:r>
              <w:rPr>
                <w:rFonts w:ascii="Arial" w:hAnsi="Arial"/>
                <w:sz w:val="20"/>
              </w:rPr>
              <w:br/>
              <w:t>10:30 - 11:30</w:t>
            </w:r>
          </w:p>
        </w:tc>
        <w:tc>
          <w:tcPr>
            <w:tcW w:w="1440" w:type="dxa"/>
            <w:shd w:val="clear" w:color="auto" w:fill="F2F4F7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2 τμήματα</w:t>
            </w:r>
          </w:p>
        </w:tc>
      </w:tr>
      <w:tr w:rsidR="00D33D6B" w:rsidTr="00227511">
        <w:trPr>
          <w:trHeight w:val="988"/>
          <w:jc w:val="center"/>
        </w:trPr>
        <w:tc>
          <w:tcPr>
            <w:tcW w:w="1872" w:type="dxa"/>
            <w:shd w:val="clear" w:color="auto" w:fill="FFFFFF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b/>
                <w:sz w:val="20"/>
              </w:rPr>
              <w:t>9 Οκτωβρίου</w:t>
            </w:r>
          </w:p>
        </w:tc>
        <w:tc>
          <w:tcPr>
            <w:tcW w:w="3312" w:type="dxa"/>
            <w:shd w:val="clear" w:color="auto" w:fill="FFFFFF"/>
            <w:vAlign w:val="center"/>
          </w:tcPr>
          <w:p w:rsidR="00D33D6B" w:rsidRPr="00227511" w:rsidRDefault="00D769E7">
            <w:pPr>
              <w:spacing w:before="80" w:after="80"/>
              <w:rPr>
                <w:lang w:val="el-GR"/>
              </w:rPr>
            </w:pPr>
            <w:r w:rsidRPr="00227511">
              <w:rPr>
                <w:rFonts w:ascii="Arial" w:hAnsi="Arial"/>
                <w:sz w:val="20"/>
                <w:lang w:val="el-GR"/>
              </w:rPr>
              <w:t xml:space="preserve">2ο Νηπιαγωγείο </w:t>
            </w:r>
            <w:r w:rsidR="00227511" w:rsidRPr="00227511">
              <w:rPr>
                <w:rFonts w:ascii="Arial" w:hAnsi="Arial"/>
                <w:sz w:val="20"/>
                <w:lang w:val="el-GR"/>
              </w:rPr>
              <w:t>Αλμ</w:t>
            </w:r>
            <w:r w:rsidR="00227511">
              <w:rPr>
                <w:rFonts w:ascii="Arial" w:hAnsi="Arial"/>
                <w:sz w:val="20"/>
                <w:lang w:val="el-GR"/>
              </w:rPr>
              <w:t>υρού</w:t>
            </w:r>
          </w:p>
        </w:tc>
        <w:tc>
          <w:tcPr>
            <w:tcW w:w="1728" w:type="dxa"/>
            <w:shd w:val="clear" w:color="auto" w:fill="FFFFFF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2422022175</w:t>
            </w:r>
          </w:p>
        </w:tc>
        <w:tc>
          <w:tcPr>
            <w:tcW w:w="1728" w:type="dxa"/>
            <w:shd w:val="clear" w:color="auto" w:fill="FFFFFF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9:15 - 10:15</w:t>
            </w:r>
            <w:r>
              <w:rPr>
                <w:rFonts w:ascii="Arial" w:hAnsi="Arial"/>
                <w:sz w:val="20"/>
              </w:rPr>
              <w:br/>
              <w:t>10:30 - 11:30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2 τμήματα</w:t>
            </w:r>
          </w:p>
        </w:tc>
      </w:tr>
      <w:tr w:rsidR="00D33D6B" w:rsidTr="00227511">
        <w:trPr>
          <w:trHeight w:val="1032"/>
          <w:jc w:val="center"/>
        </w:trPr>
        <w:tc>
          <w:tcPr>
            <w:tcW w:w="1872" w:type="dxa"/>
            <w:shd w:val="clear" w:color="auto" w:fill="F2F4F7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b/>
                <w:sz w:val="20"/>
              </w:rPr>
              <w:t>12 Οκτωβρίου</w:t>
            </w:r>
          </w:p>
        </w:tc>
        <w:tc>
          <w:tcPr>
            <w:tcW w:w="3312" w:type="dxa"/>
            <w:shd w:val="clear" w:color="auto" w:fill="F2F4F7"/>
            <w:vAlign w:val="center"/>
          </w:tcPr>
          <w:p w:rsidR="00D33D6B" w:rsidRPr="00227511" w:rsidRDefault="00D769E7">
            <w:pPr>
              <w:spacing w:before="80" w:after="80"/>
              <w:rPr>
                <w:lang w:val="el-GR"/>
              </w:rPr>
            </w:pPr>
            <w:r w:rsidRPr="00227511">
              <w:rPr>
                <w:rFonts w:ascii="Arial" w:hAnsi="Arial"/>
                <w:sz w:val="20"/>
                <w:lang w:val="el-GR"/>
              </w:rPr>
              <w:t xml:space="preserve">3ο Νηπιαγωγείο </w:t>
            </w:r>
            <w:r w:rsidR="00227511" w:rsidRPr="00227511">
              <w:rPr>
                <w:rFonts w:ascii="Arial" w:hAnsi="Arial"/>
                <w:sz w:val="20"/>
                <w:lang w:val="el-GR"/>
              </w:rPr>
              <w:t>Αλμ</w:t>
            </w:r>
            <w:r w:rsidR="00227511">
              <w:rPr>
                <w:rFonts w:ascii="Arial" w:hAnsi="Arial"/>
                <w:sz w:val="20"/>
                <w:lang w:val="el-GR"/>
              </w:rPr>
              <w:t>υρού</w:t>
            </w:r>
          </w:p>
        </w:tc>
        <w:tc>
          <w:tcPr>
            <w:tcW w:w="1728" w:type="dxa"/>
            <w:shd w:val="clear" w:color="auto" w:fill="F2F4F7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2422350531</w:t>
            </w:r>
          </w:p>
        </w:tc>
        <w:tc>
          <w:tcPr>
            <w:tcW w:w="1728" w:type="dxa"/>
            <w:shd w:val="clear" w:color="auto" w:fill="F2F4F7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9:00 - 10:00</w:t>
            </w:r>
          </w:p>
        </w:tc>
        <w:tc>
          <w:tcPr>
            <w:tcW w:w="1440" w:type="dxa"/>
            <w:shd w:val="clear" w:color="auto" w:fill="F2F4F7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1 τμήμα</w:t>
            </w:r>
          </w:p>
        </w:tc>
      </w:tr>
      <w:tr w:rsidR="00D33D6B" w:rsidTr="00227511">
        <w:trPr>
          <w:trHeight w:val="1018"/>
          <w:jc w:val="center"/>
        </w:trPr>
        <w:tc>
          <w:tcPr>
            <w:tcW w:w="1872" w:type="dxa"/>
            <w:shd w:val="clear" w:color="auto" w:fill="FFFFFF"/>
            <w:vAlign w:val="center"/>
          </w:tcPr>
          <w:p w:rsidR="00D33D6B" w:rsidRDefault="00227511">
            <w:pPr>
              <w:spacing w:before="80" w:after="80"/>
              <w:jc w:val="center"/>
            </w:pPr>
            <w:r>
              <w:rPr>
                <w:rFonts w:ascii="Arial" w:hAnsi="Arial"/>
                <w:b/>
                <w:sz w:val="20"/>
              </w:rPr>
              <w:t>12 Οκτωβρίου</w:t>
            </w:r>
          </w:p>
        </w:tc>
        <w:tc>
          <w:tcPr>
            <w:tcW w:w="3312" w:type="dxa"/>
            <w:shd w:val="clear" w:color="auto" w:fill="FFFFFF"/>
            <w:vAlign w:val="center"/>
          </w:tcPr>
          <w:p w:rsidR="00D33D6B" w:rsidRDefault="00D769E7">
            <w:pPr>
              <w:spacing w:before="80" w:after="80"/>
            </w:pPr>
            <w:r>
              <w:rPr>
                <w:rFonts w:ascii="Arial" w:hAnsi="Arial"/>
                <w:sz w:val="20"/>
              </w:rPr>
              <w:t xml:space="preserve">1ο </w:t>
            </w:r>
            <w:r w:rsidR="00227511" w:rsidRPr="00227511">
              <w:rPr>
                <w:rFonts w:ascii="Arial" w:hAnsi="Arial"/>
                <w:sz w:val="20"/>
                <w:lang w:val="el-GR"/>
              </w:rPr>
              <w:t>Νηπιαγωγείο</w:t>
            </w:r>
            <w:r w:rsidR="00227511">
              <w:rPr>
                <w:rFonts w:ascii="Arial" w:hAnsi="Arial"/>
                <w:sz w:val="20"/>
                <w:lang w:val="el-GR"/>
              </w:rPr>
              <w:t xml:space="preserve"> </w:t>
            </w:r>
            <w:proofErr w:type="spellStart"/>
            <w:r w:rsidR="00227511" w:rsidRPr="00227511">
              <w:rPr>
                <w:rFonts w:ascii="Arial" w:hAnsi="Arial"/>
                <w:sz w:val="20"/>
                <w:lang w:val="el-GR"/>
              </w:rPr>
              <w:t>Ευξ</w:t>
            </w:r>
            <w:r w:rsidR="00227511">
              <w:rPr>
                <w:rFonts w:ascii="Arial" w:hAnsi="Arial"/>
                <w:sz w:val="20"/>
                <w:lang w:val="el-GR"/>
              </w:rPr>
              <w:t>εινούπολης</w:t>
            </w:r>
            <w:proofErr w:type="spellEnd"/>
          </w:p>
        </w:tc>
        <w:tc>
          <w:tcPr>
            <w:tcW w:w="1728" w:type="dxa"/>
            <w:shd w:val="clear" w:color="auto" w:fill="FFFFFF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2422350538</w:t>
            </w:r>
          </w:p>
        </w:tc>
        <w:tc>
          <w:tcPr>
            <w:tcW w:w="1728" w:type="dxa"/>
            <w:shd w:val="clear" w:color="auto" w:fill="FFFFFF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10:30 - 11:30</w:t>
            </w:r>
          </w:p>
        </w:tc>
        <w:tc>
          <w:tcPr>
            <w:tcW w:w="1440" w:type="dxa"/>
            <w:shd w:val="clear" w:color="auto" w:fill="FFFFFF"/>
            <w:vAlign w:val="center"/>
          </w:tcPr>
          <w:p w:rsidR="00D33D6B" w:rsidRDefault="00D769E7">
            <w:pPr>
              <w:spacing w:before="80" w:after="80"/>
              <w:jc w:val="center"/>
            </w:pPr>
            <w:r>
              <w:rPr>
                <w:rFonts w:ascii="Arial" w:hAnsi="Arial"/>
                <w:sz w:val="20"/>
              </w:rPr>
              <w:t>1 τμήμα</w:t>
            </w:r>
          </w:p>
        </w:tc>
      </w:tr>
    </w:tbl>
    <w:p w:rsidR="00D769E7" w:rsidRDefault="00D769E7">
      <w:bookmarkStart w:id="0" w:name="_GoBack"/>
      <w:bookmarkEnd w:id="0"/>
    </w:p>
    <w:sectPr w:rsidR="00D769E7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7511"/>
    <w:rsid w:val="0029639D"/>
    <w:rsid w:val="00326F90"/>
    <w:rsid w:val="00AA1D8D"/>
    <w:rsid w:val="00B47730"/>
    <w:rsid w:val="00CB0664"/>
    <w:rsid w:val="00D33D6B"/>
    <w:rsid w:val="00D769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7E3E0"/>
  <w14:defaultImageDpi w14:val="300"/>
  <w15:docId w15:val="{5DBFC9CF-D60A-48AC-A316-D811EB34D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7009B8-0184-4F29-8D02-CD238A10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2026-10-01T06:59:00Z</dcterms:modified>
  <cp:category/>
</cp:coreProperties>
</file>